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אומץ</w:t>
      </w:r>
    </w:p>
    <w:p>
      <w:pPr>
        <w:bidi/>
        <w:jc w:val="right"/>
      </w:pPr>
      <w:r>
        <w:rPr>
          <w:rFonts w:ascii="Arial" w:hAnsi="Arial" w:cs="Arial"/>
          <w:sz w:val="24"/>
          <w:rtl/>
          <w:szCs w:val="24"/>
        </w:rPr>
        <w:t>• 🎯 מטרה: לתרגל את ערך השבוע "אומץ"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לעשות את מה שנכון או חשוב לנו, גם כשמפחדים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האמונה שאפשר לטוב לבוא, והכוח להמשיך לפעול לקראתו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היכולת להרגיש ולהבין מה עובר על אדם אחר, ולהגיב ברגישות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למרות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ביום ה-29</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אומץ – דף תרגול</w:t>
      </w:r>
    </w:p>
    <w:p>
      <w:pPr>
        <w:bidi/>
        <w:jc w:val="right"/>
      </w:pPr>
      <w:r>
        <w:rPr>
          <w:rFonts w:ascii="Arial" w:hAnsi="Arial" w:cs="Arial"/>
          <w:color w:val="555577"/>
          <w:sz w:val="24"/>
          <w:rtl/>
          <w:szCs w:val="24"/>
        </w:rPr>
        <w:t>ערך השבוע: אומץ – לעשות את מה שנכון או חשוב לנו, גם כשמפחדים.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יוסף רוצה להשתתף בהצגה, אבל מפחד שיצחקו על המבטא שלו. הוא כבר מכיר את כל השורות בעל פה. ביום האודישן הוא עומד ליד הדלת עשר דקות. איך נראה אומץ מבפנים, כשאף אחד לא רואה?</w:t>
      </w:r>
    </w:p>
    <w:p>
      <w:pPr>
        <w:bidi/>
        <w:jc w:val="right"/>
      </w:pPr>
      <w:r>
        <w:rPr>
          <w:rFonts w:ascii="Arial" w:hAnsi="Arial" w:cs="Arial"/>
          <w:sz w:val="24"/>
          <w:rtl/>
          <w:szCs w:val="24"/>
        </w:rPr>
        <w:t>1. מה פירוש אומץ שקט?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עומדים מול לחץ של חברים?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לשנות דעה זה אומץ או חולשה?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"אומץ"?</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להגיד את דעתי בשיעור לפחות פעם אחת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לבקש עזרה כשאני צריך או צריכה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לעמוד לצד מי שצוחקים עליו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האמונה שאפשר לטוב לבוא, והכוח להמשיך לפעול לקראתו</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להרגיש ולהבין מה עובר על אדם אחר, ולהגיב ברגישות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לתת מזמננו, מכוחנו ומליבנו לאחרים, בלי לחכות לתמורה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אמפתיה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לעשות את מה שנכון או חשוב לנו, גם כשמפחדים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"אומץ הוא לא בלי פחד; אומץ הוא צעד ________ הפחד"</w:t>
      </w:r>
    </w:p>
    <w:p>
      <w:pPr>
        <w:bidi/>
        <w:jc w:val="right"/>
      </w:pPr>
      <w:r>
        <w:rPr>
          <w:rFonts w:ascii="Arial" w:hAnsi="Arial" w:cs="Arial"/>
          <w:sz w:val="24"/>
          <w:rtl/>
          <w:szCs w:val="24"/>
        </w:rPr>
        <w:t>2. 🧩 חידה: אצות מכפילות את השטח שלהן בבריכה כל יום, ומכסות אותה כולה ביום ה-30. באיזה יום כיסו חצי בריכה?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להגיד את דעתי בשיעור לפחות פעם אחת · לעמוד לצד מי שצוחקים עליו · לבקש עזרה כשאני צריך או צריכה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פחד ועל אומץ?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שדרש קצת אומץ?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אומץ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