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הקשבה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"הקשבה"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👂 הקשבה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פְּתוּחוֹת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👂 הקשבה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👂 👀 🤫  משפט השבוע: אָזְנַיִם פְּתוּחוֹת, לֵב פָּתוּחַ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פְּתוּחוֹת  |  וּלְשַׂמֵּחַ  |  כְּשֶׁמַּפְחִיד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"אָזְנַיִם פְּתוּחוֹת, לֵב פָּתוּחַ"?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🦁 אומץ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👂 הקשבה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להסתכל בעיניים של מי שמדבר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לקטוע אף אחד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אָזְנַיִם ________, לֵב פָּתוּחַ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איך יודעים שמישהו מקשיב לנו?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להסתכל בעיניים של מי שמדבר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הקשבה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