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הקשבה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"הקשבה"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להקשיב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listen / слушать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ear / ухо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quiet / тишина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question / вопрос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להקשיב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👂 הקשבה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להקשיב זה לשמוע טוב ולהבין. מסתכלים על מי שמדבר ולא מדברים באותו זמן.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להקשיב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listen · слушать · ማዳመጥ · يستمع · écouter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אוזן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ear · ухо · ጆሮ · أذن · oreille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quiet · тишина · ጸጥታ · هدوء · calme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question · вопрос · ጥያቄ · سؤال · question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להקשיב  |  אוזן  |  שקט  |  שאלה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listen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אוזן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להקשיב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שקט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להקשיב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listen / слушать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אוזן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ear / ухо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question / вопрос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quiet / тишина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לשמוע טוב ולהבין. מסתכלים על מי שמדבר ולא מדברים באותו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"להקשיב".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יודעים שמישהו מקשיב לנו?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להסתכל בעיניים של מי שמדבר / לא לקטוע אף אחד)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הקשבה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